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D94A3" w14:textId="01C44A49" w:rsidR="003F3A40" w:rsidRDefault="003F3A40">
      <w:pPr>
        <w:spacing w:after="80"/>
        <w:jc w:val="center"/>
        <w:rPr>
          <w:noProof/>
        </w:rPr>
      </w:pPr>
    </w:p>
    <w:p w14:paraId="626275BC" w14:textId="4733AD66" w:rsidR="0011780B" w:rsidRDefault="0011780B" w:rsidP="0011780B">
      <w:pPr>
        <w:spacing w:after="80"/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23672786" wp14:editId="475C9E5A">
            <wp:simplePos x="1242060" y="516890"/>
            <wp:positionH relativeFrom="column">
              <wp:posOffset>1236345</wp:posOffset>
            </wp:positionH>
            <wp:positionV relativeFrom="paragraph">
              <wp:align>top</wp:align>
            </wp:positionV>
            <wp:extent cx="5293360" cy="3482340"/>
            <wp:effectExtent l="0" t="0" r="254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8"/>
                    <a:srcRect t="31176" b="31817"/>
                    <a:stretch/>
                  </pic:blipFill>
                  <pic:spPr bwMode="auto">
                    <a:xfrm>
                      <a:off x="0" y="0"/>
                      <a:ext cx="5293360" cy="3482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25CC1579" w14:textId="77777777" w:rsidR="003F3A40" w:rsidRDefault="005F09EB">
      <w:pPr>
        <w:spacing w:after="80"/>
        <w:jc w:val="center"/>
        <w:rPr>
          <w:rFonts w:hint="eastAsia"/>
        </w:rPr>
      </w:pPr>
      <w:r>
        <w:t>✦  ─────────────────────────  ✦</w:t>
      </w:r>
    </w:p>
    <w:p w14:paraId="21608353" w14:textId="77777777" w:rsidR="003F3A40" w:rsidRDefault="005F09EB">
      <w:pPr>
        <w:spacing w:after="20"/>
        <w:jc w:val="center"/>
        <w:rPr>
          <w:rFonts w:hint="eastAsia"/>
        </w:rPr>
      </w:pPr>
      <w:r>
        <w:rPr>
          <w:b/>
          <w:sz w:val="28"/>
        </w:rPr>
        <w:t>სარეგისტრაციო ფორმა / REGISTRATION FORM</w:t>
      </w:r>
    </w:p>
    <w:p w14:paraId="0E9ABBC1" w14:textId="77777777" w:rsidR="003F3A40" w:rsidRDefault="005F09EB">
      <w:pPr>
        <w:spacing w:after="20"/>
        <w:jc w:val="center"/>
        <w:rPr>
          <w:rFonts w:hint="eastAsia"/>
        </w:rPr>
      </w:pPr>
      <w:r>
        <w:rPr>
          <w:b/>
          <w:sz w:val="19"/>
        </w:rPr>
        <w:t>13–14 ოქტომბერი, 2026 წელი • ბათუმი, საქართველო</w:t>
      </w:r>
    </w:p>
    <w:p w14:paraId="6121A238" w14:textId="77777777" w:rsidR="003F3A40" w:rsidRDefault="005F09EB">
      <w:pPr>
        <w:spacing w:after="20"/>
        <w:jc w:val="center"/>
        <w:rPr>
          <w:rFonts w:hint="eastAsia"/>
        </w:rPr>
      </w:pPr>
      <w:r>
        <w:rPr>
          <w:i/>
          <w:sz w:val="19"/>
        </w:rPr>
        <w:t>13–14 October 2026 • Batumi, Georgia</w:t>
      </w:r>
    </w:p>
    <w:p w14:paraId="625926A4" w14:textId="77777777" w:rsidR="003F3A40" w:rsidRDefault="003F3A40">
      <w:pPr>
        <w:spacing w:after="20"/>
        <w:rPr>
          <w:rFonts w:hint="eastAsi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3F3A40" w14:paraId="486E545C" w14:textId="77777777">
        <w:trPr>
          <w:jc w:val="center"/>
        </w:trPr>
        <w:tc>
          <w:tcPr>
            <w:tcW w:w="9638" w:type="dxa"/>
            <w:tcBorders>
              <w:top w:val="single" w:sz="6" w:space="0" w:color="C9A24A"/>
              <w:left w:val="single" w:sz="6" w:space="0" w:color="C9A24A"/>
              <w:bottom w:val="single" w:sz="6" w:space="0" w:color="C9A24A"/>
              <w:right w:val="single" w:sz="6" w:space="0" w:color="C9A24A"/>
            </w:tcBorders>
            <w:shd w:val="clear" w:color="auto" w:fill="F7F1E5"/>
            <w:vAlign w:val="center"/>
          </w:tcPr>
          <w:p w14:paraId="112C5BCA" w14:textId="77777777" w:rsidR="003F3A40" w:rsidRDefault="005F09EB">
            <w:pPr>
              <w:spacing w:after="0"/>
              <w:rPr>
                <w:rFonts w:hint="eastAsia"/>
              </w:rPr>
            </w:pPr>
            <w:r>
              <w:rPr>
                <w:b/>
              </w:rPr>
              <w:t>სახელი და გვარი</w:t>
            </w:r>
          </w:p>
          <w:p w14:paraId="6DCA11AC" w14:textId="77777777" w:rsidR="003F3A40" w:rsidRDefault="005F09EB">
            <w:pPr>
              <w:spacing w:after="20"/>
              <w:rPr>
                <w:rFonts w:hint="eastAsia"/>
              </w:rPr>
            </w:pPr>
            <w:r>
              <w:rPr>
                <w:i/>
                <w:sz w:val="18"/>
              </w:rPr>
              <w:t>Full Name</w:t>
            </w:r>
          </w:p>
          <w:p w14:paraId="7C14E3A6" w14:textId="77777777" w:rsidR="003F3A40" w:rsidRDefault="005F09EB">
            <w:pPr>
              <w:spacing w:after="0" w:line="240" w:lineRule="auto"/>
              <w:rPr>
                <w:rFonts w:hint="eastAsia"/>
              </w:rPr>
            </w:pPr>
            <w:r>
              <w:rPr>
                <w:sz w:val="17"/>
              </w:rPr>
              <w:t>________________________________________________________________________________</w:t>
            </w:r>
            <w:r>
              <w:br/>
            </w:r>
            <w:r>
              <w:rPr>
                <w:sz w:val="17"/>
              </w:rPr>
              <w:t>________________________________________________________________________________</w:t>
            </w:r>
          </w:p>
        </w:tc>
      </w:tr>
      <w:tr w:rsidR="003F3A40" w14:paraId="75C80888" w14:textId="77777777">
        <w:trPr>
          <w:jc w:val="center"/>
        </w:trPr>
        <w:tc>
          <w:tcPr>
            <w:tcW w:w="9638" w:type="dxa"/>
            <w:tcBorders>
              <w:top w:val="single" w:sz="6" w:space="0" w:color="C9A24A"/>
              <w:left w:val="single" w:sz="6" w:space="0" w:color="C9A24A"/>
              <w:bottom w:val="single" w:sz="6" w:space="0" w:color="C9A24A"/>
              <w:right w:val="single" w:sz="6" w:space="0" w:color="C9A24A"/>
            </w:tcBorders>
            <w:shd w:val="clear" w:color="auto" w:fill="FFFDF8"/>
            <w:vAlign w:val="center"/>
          </w:tcPr>
          <w:p w14:paraId="4BA72D68" w14:textId="77777777" w:rsidR="003F3A40" w:rsidRDefault="005F09EB">
            <w:pPr>
              <w:spacing w:after="0"/>
              <w:rPr>
                <w:rFonts w:hint="eastAsia"/>
              </w:rPr>
            </w:pPr>
            <w:proofErr w:type="spellStart"/>
            <w:r>
              <w:rPr>
                <w:b/>
              </w:rPr>
              <w:t>აკადემიური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თანამდებობა</w:t>
            </w:r>
            <w:proofErr w:type="spellEnd"/>
          </w:p>
          <w:p w14:paraId="6785BC68" w14:textId="77777777" w:rsidR="003F3A40" w:rsidRDefault="005F09EB">
            <w:pPr>
              <w:spacing w:after="20"/>
              <w:rPr>
                <w:rFonts w:hint="eastAsia"/>
              </w:rPr>
            </w:pPr>
            <w:r>
              <w:rPr>
                <w:i/>
                <w:sz w:val="18"/>
              </w:rPr>
              <w:t>Academic Position</w:t>
            </w:r>
          </w:p>
          <w:p w14:paraId="1099C284" w14:textId="77777777" w:rsidR="003F3A40" w:rsidRDefault="005F09EB">
            <w:pPr>
              <w:spacing w:after="0" w:line="240" w:lineRule="auto"/>
              <w:rPr>
                <w:rFonts w:hint="eastAsia"/>
              </w:rPr>
            </w:pPr>
            <w:r>
              <w:rPr>
                <w:sz w:val="17"/>
              </w:rPr>
              <w:t>________________________________________________________________________________</w:t>
            </w:r>
            <w:r>
              <w:br/>
            </w:r>
            <w:r>
              <w:rPr>
                <w:sz w:val="17"/>
              </w:rPr>
              <w:t>________________________________________________________________________________</w:t>
            </w:r>
          </w:p>
        </w:tc>
      </w:tr>
      <w:tr w:rsidR="003F3A40" w14:paraId="798FE07C" w14:textId="77777777">
        <w:trPr>
          <w:jc w:val="center"/>
        </w:trPr>
        <w:tc>
          <w:tcPr>
            <w:tcW w:w="9638" w:type="dxa"/>
            <w:tcBorders>
              <w:top w:val="single" w:sz="6" w:space="0" w:color="C9A24A"/>
              <w:left w:val="single" w:sz="6" w:space="0" w:color="C9A24A"/>
              <w:bottom w:val="single" w:sz="6" w:space="0" w:color="C9A24A"/>
              <w:right w:val="single" w:sz="6" w:space="0" w:color="C9A24A"/>
            </w:tcBorders>
            <w:shd w:val="clear" w:color="auto" w:fill="F7F1E5"/>
            <w:vAlign w:val="center"/>
          </w:tcPr>
          <w:p w14:paraId="15FC4DA8" w14:textId="77777777" w:rsidR="003F3A40" w:rsidRDefault="005F09EB">
            <w:pPr>
              <w:spacing w:after="0"/>
              <w:rPr>
                <w:rFonts w:hint="eastAsia"/>
              </w:rPr>
            </w:pPr>
            <w:r>
              <w:rPr>
                <w:b/>
              </w:rPr>
              <w:t>სამეცნიერო წოდება</w:t>
            </w:r>
          </w:p>
          <w:p w14:paraId="0B3BF070" w14:textId="77777777" w:rsidR="003F3A40" w:rsidRDefault="005F09EB">
            <w:pPr>
              <w:spacing w:after="20"/>
              <w:rPr>
                <w:rFonts w:hint="eastAsia"/>
              </w:rPr>
            </w:pPr>
            <w:r>
              <w:rPr>
                <w:i/>
                <w:sz w:val="18"/>
              </w:rPr>
              <w:t>Academic Degree / Scientific Title</w:t>
            </w:r>
          </w:p>
          <w:p w14:paraId="1583BA54" w14:textId="77777777" w:rsidR="003F3A40" w:rsidRDefault="005F09EB">
            <w:pPr>
              <w:spacing w:after="0" w:line="240" w:lineRule="auto"/>
              <w:rPr>
                <w:rFonts w:hint="eastAsia"/>
              </w:rPr>
            </w:pPr>
            <w:r>
              <w:rPr>
                <w:sz w:val="17"/>
              </w:rPr>
              <w:t>________________________________________________________________________________</w:t>
            </w:r>
            <w:r>
              <w:br/>
            </w:r>
            <w:r>
              <w:rPr>
                <w:sz w:val="17"/>
              </w:rPr>
              <w:t>________________________________________________________________________________</w:t>
            </w:r>
          </w:p>
        </w:tc>
      </w:tr>
      <w:tr w:rsidR="003F3A40" w14:paraId="79496922" w14:textId="77777777">
        <w:trPr>
          <w:jc w:val="center"/>
        </w:trPr>
        <w:tc>
          <w:tcPr>
            <w:tcW w:w="9638" w:type="dxa"/>
            <w:tcBorders>
              <w:top w:val="single" w:sz="6" w:space="0" w:color="C9A24A"/>
              <w:left w:val="single" w:sz="6" w:space="0" w:color="C9A24A"/>
              <w:bottom w:val="single" w:sz="6" w:space="0" w:color="C9A24A"/>
              <w:right w:val="single" w:sz="6" w:space="0" w:color="C9A24A"/>
            </w:tcBorders>
            <w:shd w:val="clear" w:color="auto" w:fill="FFFDF8"/>
            <w:vAlign w:val="center"/>
          </w:tcPr>
          <w:p w14:paraId="1FA3E930" w14:textId="77777777" w:rsidR="003F3A40" w:rsidRDefault="005F09EB">
            <w:pPr>
              <w:spacing w:after="0"/>
              <w:rPr>
                <w:rFonts w:hint="eastAsia"/>
              </w:rPr>
            </w:pPr>
            <w:r>
              <w:rPr>
                <w:b/>
              </w:rPr>
              <w:t>სამუშაო ადგილი</w:t>
            </w:r>
          </w:p>
          <w:p w14:paraId="6E359EE4" w14:textId="77777777" w:rsidR="003F3A40" w:rsidRDefault="005F09EB">
            <w:pPr>
              <w:spacing w:after="20"/>
              <w:rPr>
                <w:rFonts w:hint="eastAsia"/>
              </w:rPr>
            </w:pPr>
            <w:r>
              <w:rPr>
                <w:i/>
                <w:sz w:val="18"/>
              </w:rPr>
              <w:t>Affiliation / Institution</w:t>
            </w:r>
          </w:p>
          <w:p w14:paraId="1A1D8379" w14:textId="77777777" w:rsidR="003F3A40" w:rsidRDefault="005F09EB">
            <w:pPr>
              <w:spacing w:after="0" w:line="240" w:lineRule="auto"/>
              <w:rPr>
                <w:rFonts w:hint="eastAsia"/>
              </w:rPr>
            </w:pPr>
            <w:r>
              <w:rPr>
                <w:sz w:val="17"/>
              </w:rPr>
              <w:t>________________________________________________________________________________</w:t>
            </w:r>
            <w:r>
              <w:br/>
            </w:r>
            <w:r>
              <w:rPr>
                <w:sz w:val="17"/>
              </w:rPr>
              <w:t>________________________________________________________________________________</w:t>
            </w:r>
          </w:p>
        </w:tc>
      </w:tr>
      <w:tr w:rsidR="003F3A40" w14:paraId="162E4DDE" w14:textId="77777777">
        <w:trPr>
          <w:jc w:val="center"/>
        </w:trPr>
        <w:tc>
          <w:tcPr>
            <w:tcW w:w="9638" w:type="dxa"/>
            <w:tcBorders>
              <w:top w:val="single" w:sz="6" w:space="0" w:color="C9A24A"/>
              <w:left w:val="single" w:sz="6" w:space="0" w:color="C9A24A"/>
              <w:bottom w:val="single" w:sz="6" w:space="0" w:color="C9A24A"/>
              <w:right w:val="single" w:sz="6" w:space="0" w:color="C9A24A"/>
            </w:tcBorders>
            <w:shd w:val="clear" w:color="auto" w:fill="F7F1E5"/>
            <w:vAlign w:val="center"/>
          </w:tcPr>
          <w:p w14:paraId="105335B1" w14:textId="77777777" w:rsidR="003F3A40" w:rsidRDefault="005F09EB">
            <w:pPr>
              <w:spacing w:after="0"/>
              <w:rPr>
                <w:rFonts w:hint="eastAsia"/>
              </w:rPr>
            </w:pPr>
            <w:r>
              <w:rPr>
                <w:b/>
              </w:rPr>
              <w:t>საკონტაქტო ინფორმაცია</w:t>
            </w:r>
          </w:p>
          <w:p w14:paraId="633F6FFC" w14:textId="77777777" w:rsidR="003F3A40" w:rsidRDefault="005F09EB">
            <w:pPr>
              <w:spacing w:after="20"/>
              <w:rPr>
                <w:rFonts w:hint="eastAsia"/>
              </w:rPr>
            </w:pPr>
            <w:r>
              <w:rPr>
                <w:i/>
                <w:sz w:val="18"/>
              </w:rPr>
              <w:t>Contact Information</w:t>
            </w:r>
          </w:p>
          <w:p w14:paraId="13B80897" w14:textId="77777777" w:rsidR="003F3A40" w:rsidRDefault="005F09EB">
            <w:pPr>
              <w:spacing w:after="0" w:line="240" w:lineRule="auto"/>
              <w:rPr>
                <w:rFonts w:hint="eastAsia"/>
              </w:rPr>
            </w:pPr>
            <w:r>
              <w:rPr>
                <w:sz w:val="17"/>
              </w:rPr>
              <w:t>________________________________________________________________________________</w:t>
            </w:r>
            <w:r>
              <w:br/>
            </w:r>
            <w:r>
              <w:rPr>
                <w:sz w:val="17"/>
              </w:rPr>
              <w:t>________________________________________________________________________________</w:t>
            </w:r>
          </w:p>
        </w:tc>
      </w:tr>
      <w:tr w:rsidR="003F3A40" w14:paraId="127E9F71" w14:textId="77777777">
        <w:trPr>
          <w:jc w:val="center"/>
        </w:trPr>
        <w:tc>
          <w:tcPr>
            <w:tcW w:w="9638" w:type="dxa"/>
            <w:tcBorders>
              <w:top w:val="single" w:sz="6" w:space="0" w:color="C9A24A"/>
              <w:left w:val="single" w:sz="6" w:space="0" w:color="C9A24A"/>
              <w:bottom w:val="single" w:sz="6" w:space="0" w:color="C9A24A"/>
              <w:right w:val="single" w:sz="6" w:space="0" w:color="C9A24A"/>
            </w:tcBorders>
            <w:shd w:val="clear" w:color="auto" w:fill="FFFDF8"/>
            <w:vAlign w:val="center"/>
          </w:tcPr>
          <w:p w14:paraId="096DFC4B" w14:textId="77777777" w:rsidR="003F3A40" w:rsidRDefault="005F09EB">
            <w:pPr>
              <w:spacing w:after="0"/>
              <w:rPr>
                <w:rFonts w:hint="eastAsia"/>
              </w:rPr>
            </w:pPr>
            <w:r>
              <w:rPr>
                <w:b/>
              </w:rPr>
              <w:t>მოხსენების სათაური</w:t>
            </w:r>
          </w:p>
          <w:p w14:paraId="5B747707" w14:textId="77777777" w:rsidR="003F3A40" w:rsidRDefault="005F09EB">
            <w:pPr>
              <w:spacing w:after="20"/>
              <w:rPr>
                <w:rFonts w:hint="eastAsia"/>
              </w:rPr>
            </w:pPr>
            <w:r>
              <w:rPr>
                <w:i/>
                <w:sz w:val="18"/>
              </w:rPr>
              <w:t>Presentation Title</w:t>
            </w:r>
          </w:p>
          <w:p w14:paraId="1E0720B6" w14:textId="77777777" w:rsidR="003F3A40" w:rsidRDefault="005F09EB">
            <w:pPr>
              <w:spacing w:after="0" w:line="240" w:lineRule="auto"/>
              <w:rPr>
                <w:rFonts w:hint="eastAsia"/>
              </w:rPr>
            </w:pPr>
            <w:r>
              <w:rPr>
                <w:sz w:val="17"/>
              </w:rPr>
              <w:t>________________________________________________________________________________</w:t>
            </w:r>
            <w:r>
              <w:br/>
            </w:r>
            <w:r>
              <w:rPr>
                <w:sz w:val="17"/>
              </w:rPr>
              <w:t>________________________________________________________________________________</w:t>
            </w:r>
          </w:p>
        </w:tc>
      </w:tr>
      <w:tr w:rsidR="003F3A40" w14:paraId="6D7D7AB8" w14:textId="77777777">
        <w:trPr>
          <w:jc w:val="center"/>
        </w:trPr>
        <w:tc>
          <w:tcPr>
            <w:tcW w:w="9638" w:type="dxa"/>
            <w:tcBorders>
              <w:top w:val="single" w:sz="6" w:space="0" w:color="C9A24A"/>
              <w:left w:val="single" w:sz="6" w:space="0" w:color="C9A24A"/>
              <w:bottom w:val="single" w:sz="6" w:space="0" w:color="C9A24A"/>
              <w:right w:val="single" w:sz="6" w:space="0" w:color="C9A24A"/>
            </w:tcBorders>
            <w:shd w:val="clear" w:color="auto" w:fill="F7F1E5"/>
            <w:vAlign w:val="center"/>
          </w:tcPr>
          <w:p w14:paraId="1EB763CE" w14:textId="77777777" w:rsidR="003F3A40" w:rsidRDefault="005F09EB">
            <w:pPr>
              <w:spacing w:after="0"/>
              <w:rPr>
                <w:rFonts w:hint="eastAsia"/>
              </w:rPr>
            </w:pPr>
            <w:r>
              <w:rPr>
                <w:b/>
              </w:rPr>
              <w:t>მოხსენების სათაური (ინგლისურ ენაზე)</w:t>
            </w:r>
          </w:p>
          <w:p w14:paraId="7C7CA0B0" w14:textId="77777777" w:rsidR="003F3A40" w:rsidRDefault="005F09EB">
            <w:pPr>
              <w:spacing w:after="20"/>
              <w:rPr>
                <w:rFonts w:hint="eastAsia"/>
              </w:rPr>
            </w:pPr>
            <w:r>
              <w:rPr>
                <w:i/>
                <w:sz w:val="18"/>
              </w:rPr>
              <w:lastRenderedPageBreak/>
              <w:t>Presentation Title in English</w:t>
            </w:r>
          </w:p>
          <w:p w14:paraId="542D6B62" w14:textId="77777777" w:rsidR="003F3A40" w:rsidRDefault="005F09EB">
            <w:pPr>
              <w:spacing w:after="0" w:line="240" w:lineRule="auto"/>
              <w:rPr>
                <w:rFonts w:hint="eastAsia"/>
              </w:rPr>
            </w:pPr>
            <w:r>
              <w:rPr>
                <w:sz w:val="17"/>
              </w:rPr>
              <w:t>________________________________________________________________________________</w:t>
            </w:r>
            <w:r>
              <w:br/>
            </w:r>
            <w:r>
              <w:rPr>
                <w:sz w:val="17"/>
              </w:rPr>
              <w:t>________________________________________________________________________________</w:t>
            </w:r>
          </w:p>
        </w:tc>
      </w:tr>
      <w:tr w:rsidR="003F3A40" w14:paraId="05363AC6" w14:textId="77777777">
        <w:trPr>
          <w:jc w:val="center"/>
        </w:trPr>
        <w:tc>
          <w:tcPr>
            <w:tcW w:w="9638" w:type="dxa"/>
            <w:tcBorders>
              <w:top w:val="single" w:sz="6" w:space="0" w:color="C9A24A"/>
              <w:left w:val="single" w:sz="6" w:space="0" w:color="C9A24A"/>
              <w:bottom w:val="single" w:sz="6" w:space="0" w:color="C9A24A"/>
              <w:right w:val="single" w:sz="6" w:space="0" w:color="C9A24A"/>
            </w:tcBorders>
            <w:shd w:val="clear" w:color="auto" w:fill="FFFDF8"/>
            <w:vAlign w:val="center"/>
          </w:tcPr>
          <w:p w14:paraId="01D9E92C" w14:textId="77777777" w:rsidR="003F3A40" w:rsidRDefault="005F09EB">
            <w:pPr>
              <w:spacing w:after="0"/>
              <w:rPr>
                <w:rFonts w:hint="eastAsia"/>
              </w:rPr>
            </w:pPr>
            <w:r>
              <w:rPr>
                <w:b/>
              </w:rPr>
              <w:lastRenderedPageBreak/>
              <w:t>აბსტრაქტი (არაუმეტეს 200 სიტყვისა)</w:t>
            </w:r>
          </w:p>
          <w:p w14:paraId="1FD2E812" w14:textId="77777777" w:rsidR="003F3A40" w:rsidRDefault="005F09EB">
            <w:pPr>
              <w:spacing w:after="20"/>
              <w:rPr>
                <w:rFonts w:hint="eastAsia"/>
              </w:rPr>
            </w:pPr>
            <w:r>
              <w:rPr>
                <w:i/>
                <w:sz w:val="18"/>
              </w:rPr>
              <w:t>Abstract (maximum 200 words)</w:t>
            </w:r>
          </w:p>
          <w:p w14:paraId="791DBF06" w14:textId="77777777" w:rsidR="003F3A40" w:rsidRDefault="005F09EB">
            <w:pPr>
              <w:spacing w:after="0" w:line="240" w:lineRule="auto"/>
              <w:rPr>
                <w:rFonts w:hint="eastAsia"/>
              </w:rPr>
            </w:pPr>
            <w:r>
              <w:rPr>
                <w:sz w:val="17"/>
              </w:rPr>
              <w:t>________________________________________________________________________________</w:t>
            </w:r>
            <w:r>
              <w:br/>
            </w:r>
            <w:r>
              <w:rPr>
                <w:sz w:val="17"/>
              </w:rPr>
              <w:t>________________________________________________________________________________</w:t>
            </w:r>
            <w:r>
              <w:br/>
            </w:r>
            <w:r>
              <w:rPr>
                <w:sz w:val="17"/>
              </w:rPr>
              <w:t>________________________________________________________________________________</w:t>
            </w:r>
            <w:r>
              <w:br/>
            </w:r>
            <w:r>
              <w:rPr>
                <w:sz w:val="17"/>
              </w:rPr>
              <w:t>________________________________________________________________________________</w:t>
            </w:r>
          </w:p>
        </w:tc>
      </w:tr>
      <w:tr w:rsidR="003F3A40" w14:paraId="39E898C1" w14:textId="77777777">
        <w:trPr>
          <w:jc w:val="center"/>
        </w:trPr>
        <w:tc>
          <w:tcPr>
            <w:tcW w:w="9638" w:type="dxa"/>
            <w:tcBorders>
              <w:top w:val="single" w:sz="6" w:space="0" w:color="C9A24A"/>
              <w:left w:val="single" w:sz="6" w:space="0" w:color="C9A24A"/>
              <w:bottom w:val="single" w:sz="6" w:space="0" w:color="C9A24A"/>
              <w:right w:val="single" w:sz="6" w:space="0" w:color="C9A24A"/>
            </w:tcBorders>
            <w:shd w:val="clear" w:color="auto" w:fill="F7F1E5"/>
            <w:vAlign w:val="center"/>
          </w:tcPr>
          <w:p w14:paraId="0C797F7F" w14:textId="77777777" w:rsidR="003F3A40" w:rsidRDefault="005F09EB">
            <w:pPr>
              <w:spacing w:after="0"/>
              <w:rPr>
                <w:rFonts w:hint="eastAsia"/>
              </w:rPr>
            </w:pPr>
            <w:r>
              <w:rPr>
                <w:b/>
              </w:rPr>
              <w:t>აბსტრაქტი ინგლისურ ენაზე (არაუმეტეს 200 სიტყვისა)</w:t>
            </w:r>
          </w:p>
          <w:p w14:paraId="2C1CDC24" w14:textId="77777777" w:rsidR="003F3A40" w:rsidRDefault="005F09EB">
            <w:pPr>
              <w:spacing w:after="20"/>
              <w:rPr>
                <w:rFonts w:hint="eastAsia"/>
              </w:rPr>
            </w:pPr>
            <w:r>
              <w:rPr>
                <w:i/>
                <w:sz w:val="18"/>
              </w:rPr>
              <w:t>Abstract in English (maximum 200 words)</w:t>
            </w:r>
          </w:p>
          <w:p w14:paraId="6A3622F9" w14:textId="77777777" w:rsidR="003F3A40" w:rsidRDefault="005F09EB">
            <w:pPr>
              <w:spacing w:after="0" w:line="240" w:lineRule="auto"/>
              <w:rPr>
                <w:rFonts w:hint="eastAsia"/>
              </w:rPr>
            </w:pPr>
            <w:r>
              <w:rPr>
                <w:sz w:val="17"/>
              </w:rPr>
              <w:t>________________________________________________________________________________</w:t>
            </w:r>
            <w:r>
              <w:br/>
            </w:r>
            <w:r>
              <w:rPr>
                <w:sz w:val="17"/>
              </w:rPr>
              <w:t>________________________________________________________________________________</w:t>
            </w:r>
            <w:r>
              <w:br/>
            </w:r>
            <w:r>
              <w:rPr>
                <w:sz w:val="17"/>
              </w:rPr>
              <w:t>________________________________________________________________________________</w:t>
            </w:r>
            <w:r>
              <w:br/>
            </w:r>
            <w:r>
              <w:rPr>
                <w:sz w:val="17"/>
              </w:rPr>
              <w:t>________________________________________________________________________________</w:t>
            </w:r>
          </w:p>
        </w:tc>
      </w:tr>
      <w:tr w:rsidR="00851263" w14:paraId="159F116E" w14:textId="77777777">
        <w:trPr>
          <w:jc w:val="center"/>
        </w:trPr>
        <w:tc>
          <w:tcPr>
            <w:tcW w:w="9638" w:type="dxa"/>
            <w:tcBorders>
              <w:top w:val="single" w:sz="6" w:space="0" w:color="C9A24A"/>
              <w:left w:val="single" w:sz="6" w:space="0" w:color="C9A24A"/>
              <w:bottom w:val="single" w:sz="6" w:space="0" w:color="C9A24A"/>
              <w:right w:val="single" w:sz="6" w:space="0" w:color="C9A24A"/>
            </w:tcBorders>
            <w:shd w:val="clear" w:color="auto" w:fill="F7F1E5"/>
            <w:vAlign w:val="center"/>
          </w:tcPr>
          <w:p w14:paraId="527B0141" w14:textId="1DEE393D" w:rsidR="00851263" w:rsidRDefault="00851263">
            <w:pPr>
              <w:spacing w:after="0"/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კონფერენციაში მონაწილეობის ფორმატი (ონლაინ, დასწრებით)</w:t>
            </w:r>
          </w:p>
          <w:p w14:paraId="57169327" w14:textId="35E9B16C" w:rsidR="00851263" w:rsidRPr="00851263" w:rsidRDefault="00851263">
            <w:pPr>
              <w:spacing w:after="0"/>
              <w:rPr>
                <w:rFonts w:ascii="Sylfaen" w:hAnsi="Sylfaen"/>
                <w:b/>
              </w:rPr>
            </w:pPr>
            <w:r w:rsidRPr="00851263">
              <w:rPr>
                <w:rFonts w:ascii="Sylfaen" w:hAnsi="Sylfaen" w:hint="eastAsia"/>
                <w:b/>
              </w:rPr>
              <w:t>Conference Participation Format (Online / In-Person)</w:t>
            </w:r>
          </w:p>
          <w:p w14:paraId="76A79228" w14:textId="2E0F949A" w:rsidR="00851263" w:rsidRPr="00851263" w:rsidRDefault="00851263">
            <w:pPr>
              <w:spacing w:after="0"/>
              <w:rPr>
                <w:rFonts w:ascii="Sylfaen" w:hAnsi="Sylfaen"/>
                <w:b/>
                <w:lang w:val="ka-GE"/>
              </w:rPr>
            </w:pPr>
            <w:r>
              <w:rPr>
                <w:sz w:val="17"/>
              </w:rPr>
              <w:t>________________________________________________________________________________</w:t>
            </w:r>
            <w:r>
              <w:br/>
            </w:r>
            <w:r>
              <w:rPr>
                <w:sz w:val="17"/>
              </w:rPr>
              <w:t>________________________________________________________________________________</w:t>
            </w:r>
          </w:p>
        </w:tc>
      </w:tr>
      <w:tr w:rsidR="003F3A40" w14:paraId="5568907B" w14:textId="77777777">
        <w:trPr>
          <w:jc w:val="center"/>
        </w:trPr>
        <w:tc>
          <w:tcPr>
            <w:tcW w:w="9638" w:type="dxa"/>
            <w:tcBorders>
              <w:top w:val="single" w:sz="6" w:space="0" w:color="C9A24A"/>
              <w:left w:val="single" w:sz="6" w:space="0" w:color="C9A24A"/>
              <w:bottom w:val="single" w:sz="6" w:space="0" w:color="C9A24A"/>
              <w:right w:val="single" w:sz="6" w:space="0" w:color="C9A24A"/>
            </w:tcBorders>
            <w:shd w:val="clear" w:color="auto" w:fill="FFFDF8"/>
            <w:vAlign w:val="center"/>
          </w:tcPr>
          <w:p w14:paraId="2B38E5FA" w14:textId="77777777" w:rsidR="003F3A40" w:rsidRDefault="005F09EB">
            <w:pPr>
              <w:spacing w:after="0"/>
              <w:rPr>
                <w:rFonts w:hint="eastAsia"/>
              </w:rPr>
            </w:pPr>
            <w:proofErr w:type="spellStart"/>
            <w:r>
              <w:rPr>
                <w:b/>
              </w:rPr>
              <w:t>მოთხოვნა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აუდიოვიზუალურ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უზრუნველყოფასთან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დაკავშირებით</w:t>
            </w:r>
            <w:proofErr w:type="spellEnd"/>
            <w:r>
              <w:rPr>
                <w:b/>
              </w:rPr>
              <w:t xml:space="preserve"> (პროექტორი, ლეპტოპი და ა.შ.)</w:t>
            </w:r>
          </w:p>
          <w:p w14:paraId="40DB74B2" w14:textId="77777777" w:rsidR="003F3A40" w:rsidRDefault="005F09EB">
            <w:pPr>
              <w:spacing w:after="20"/>
              <w:rPr>
                <w:rFonts w:hint="eastAsia"/>
              </w:rPr>
            </w:pPr>
            <w:r>
              <w:rPr>
                <w:i/>
                <w:sz w:val="18"/>
              </w:rPr>
              <w:t>Audio-visual Equipment Requirements (projector, laptop, etc.)</w:t>
            </w:r>
          </w:p>
          <w:p w14:paraId="3E18B871" w14:textId="77777777" w:rsidR="003F3A40" w:rsidRDefault="005F09EB">
            <w:pPr>
              <w:spacing w:after="0" w:line="240" w:lineRule="auto"/>
              <w:rPr>
                <w:rFonts w:hint="eastAsia"/>
              </w:rPr>
            </w:pPr>
            <w:r>
              <w:rPr>
                <w:sz w:val="17"/>
              </w:rPr>
              <w:t>________________________________________________________________________________</w:t>
            </w:r>
            <w:r>
              <w:br/>
            </w:r>
            <w:r>
              <w:rPr>
                <w:sz w:val="17"/>
              </w:rPr>
              <w:t>________________________________________________________________________________</w:t>
            </w:r>
          </w:p>
        </w:tc>
      </w:tr>
      <w:tr w:rsidR="003F3A40" w14:paraId="36632708" w14:textId="77777777">
        <w:trPr>
          <w:jc w:val="center"/>
        </w:trPr>
        <w:tc>
          <w:tcPr>
            <w:tcW w:w="9638" w:type="dxa"/>
            <w:tcBorders>
              <w:top w:val="single" w:sz="6" w:space="0" w:color="C9A24A"/>
              <w:left w:val="single" w:sz="6" w:space="0" w:color="C9A24A"/>
              <w:bottom w:val="single" w:sz="6" w:space="0" w:color="C9A24A"/>
              <w:right w:val="single" w:sz="6" w:space="0" w:color="C9A24A"/>
            </w:tcBorders>
            <w:shd w:val="clear" w:color="auto" w:fill="F7F1E5"/>
            <w:vAlign w:val="center"/>
          </w:tcPr>
          <w:p w14:paraId="277B98D3" w14:textId="77777777" w:rsidR="003F3A40" w:rsidRDefault="005F09EB">
            <w:pPr>
              <w:spacing w:after="0"/>
              <w:rPr>
                <w:rFonts w:hint="eastAsia"/>
              </w:rPr>
            </w:pPr>
            <w:r>
              <w:rPr>
                <w:b/>
              </w:rPr>
              <w:t>საჭიროებთ თუ არა სასტუმროში დაბინავებას?</w:t>
            </w:r>
          </w:p>
          <w:p w14:paraId="4BA29DD5" w14:textId="77777777" w:rsidR="003F3A40" w:rsidRDefault="005F09EB">
            <w:pPr>
              <w:spacing w:after="20"/>
              <w:rPr>
                <w:rFonts w:hint="eastAsia"/>
              </w:rPr>
            </w:pPr>
            <w:r>
              <w:rPr>
                <w:i/>
                <w:sz w:val="18"/>
              </w:rPr>
              <w:t>Do you require hotel accommodation?</w:t>
            </w:r>
          </w:p>
          <w:p w14:paraId="388DE3A6" w14:textId="43A9A102" w:rsidR="003F3A40" w:rsidRPr="00FE00A2" w:rsidRDefault="005F09EB">
            <w:pPr>
              <w:spacing w:after="0" w:line="240" w:lineRule="auto"/>
              <w:rPr>
                <w:rFonts w:hint="eastAsia"/>
                <w:sz w:val="17"/>
              </w:rPr>
            </w:pPr>
            <w:r>
              <w:rPr>
                <w:sz w:val="17"/>
              </w:rPr>
              <w:t>________________________________________________________________________________</w:t>
            </w:r>
          </w:p>
        </w:tc>
      </w:tr>
    </w:tbl>
    <w:p w14:paraId="14DD1B93" w14:textId="77777777" w:rsidR="003F3A40" w:rsidRDefault="003F3A40">
      <w:pPr>
        <w:rPr>
          <w:rFonts w:hint="eastAsia"/>
        </w:rPr>
      </w:pPr>
    </w:p>
    <w:p w14:paraId="01779CB0" w14:textId="4153B55E" w:rsidR="003F3A40" w:rsidRDefault="003F3A40">
      <w:pPr>
        <w:spacing w:before="40"/>
        <w:jc w:val="center"/>
        <w:rPr>
          <w:rFonts w:hint="eastAsia"/>
        </w:rPr>
      </w:pPr>
    </w:p>
    <w:sectPr w:rsidR="003F3A40" w:rsidSect="00034616">
      <w:footerReference w:type="default" r:id="rId9"/>
      <w:pgSz w:w="12240" w:h="15840"/>
      <w:pgMar w:top="454" w:right="879" w:bottom="567" w:left="879" w:header="720" w:footer="720" w:gutter="0"/>
      <w:pgBorders w:offsetFrom="page">
        <w:top w:val="single" w:sz="10" w:space="10" w:color="0B1F3A"/>
        <w:left w:val="single" w:sz="10" w:space="10" w:color="0B1F3A"/>
        <w:bottom w:val="single" w:sz="10" w:space="10" w:color="0B1F3A"/>
        <w:right w:val="single" w:sz="10" w:space="10" w:color="0B1F3A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761F0" w14:textId="77777777" w:rsidR="0052450C" w:rsidRDefault="0052450C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6D08DAC" w14:textId="77777777" w:rsidR="0052450C" w:rsidRDefault="0052450C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43593" w14:textId="77777777" w:rsidR="003F3A40" w:rsidRDefault="005F09EB">
    <w:pPr>
      <w:pStyle w:val="Footer"/>
      <w:jc w:val="center"/>
      <w:rPr>
        <w:rFonts w:hint="eastAsia"/>
      </w:rPr>
    </w:pPr>
    <w:r>
      <w:rPr>
        <w:b/>
        <w:sz w:val="16"/>
      </w:rPr>
      <w:t>✦  1700 YEARS OF CHRISTIAN GEORGIA  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89CC5" w14:textId="77777777" w:rsidR="0052450C" w:rsidRDefault="0052450C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77AC6C9" w14:textId="77777777" w:rsidR="0052450C" w:rsidRDefault="0052450C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1780B"/>
    <w:rsid w:val="0015074B"/>
    <w:rsid w:val="0029071D"/>
    <w:rsid w:val="0029639D"/>
    <w:rsid w:val="00326F90"/>
    <w:rsid w:val="003F3A40"/>
    <w:rsid w:val="004C5674"/>
    <w:rsid w:val="0052450C"/>
    <w:rsid w:val="005F09EB"/>
    <w:rsid w:val="00851263"/>
    <w:rsid w:val="00AA1D8D"/>
    <w:rsid w:val="00B47730"/>
    <w:rsid w:val="00C61E0F"/>
    <w:rsid w:val="00CB0664"/>
    <w:rsid w:val="00FC693F"/>
    <w:rsid w:val="00FE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89A528"/>
  <w14:defaultImageDpi w14:val="300"/>
  <w15:docId w15:val="{BF61C90B-591A-4F30-9474-29E3519AE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DejaVu Sans" w:hAnsi="DejaVu San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1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4594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user</cp:lastModifiedBy>
  <cp:revision>3</cp:revision>
  <dcterms:created xsi:type="dcterms:W3CDTF">2013-12-23T23:15:00Z</dcterms:created>
  <dcterms:modified xsi:type="dcterms:W3CDTF">2026-08-26T09:22:00Z</dcterms:modified>
  <cp:category/>
</cp:coreProperties>
</file>